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צמחים וציפורים שמופיעים 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חשוב להכין ולעשות לפני 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של דברים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הבצל והעונות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גדל מחדש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סתוונית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חסידה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מיינו לפי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(מזג 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לפני שיוצאים לטיול - מה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נועלים נעליים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ליד המבוגר/ת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מסתכלים ולא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שוטפים ידיים בסוף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לטעום צמחים, זה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להישאר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מסתכלים ולא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שמירה על ניקיון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לוח בחירה - איך אני משתתפ/ת?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בחירה תקינה, חשוב שהתלמיד/ה יסביר/תסביר מה מתאים 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לבקש הפסקה מהמבוגר/ת האחראי/ת, זו זכות לגיטימית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רקפת / סתוונית /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/ מים / נעליים סגורות / ללכת ליד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הפסקה בעזרת 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כרטיסי תמונה כדי לתרגל את ההתאמה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כל תלמיד/ה לבחור דרך השתתפות מתאימה לו/ה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כלל עש"ן ד"ק עם כרטיסים לפני יציאה בפועל לטיול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האביב וטיול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באביב קורים שינויים בטבע: פרחים פורחים וציפורים חוזרות. נלמד להכיר אותם ונתכונן יחד לטיול בטוח ונעים.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הבצל והעונות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הבצל ישן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לבצל כשהוא ישן באדמה?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מחדש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ער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פרח מבשר את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ציפור חוזרת כסימן לאביב?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תרנגולת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ברווז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מיינו לפי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מזג 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לפני שיוצאים לטיול - מה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נועלים נעליים סגורות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ליד המבוגר/ת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ולא קוטפים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שוטפים ידיים בסוף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כובע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לטעום צמחים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ללכת ליד המבוגר/ת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פרחים כמו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הטיול שוטפים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לוח בחירה - איך אני משתתפ/ת?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דרך אחת מלוח הבחירה (להסתכל, לצלם, לצייר, לספור, להריח) וכתבו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אם מרגישים צורך בהפסקה באמצע הטיול?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פרח אחד שמופיע באביב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שחשוב לעשות לפני 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רוצים הפסקה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האביב וטיול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