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האביב וטיול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צמחים וציפורים שמופיעים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חשוב להכין ולעשות לפני 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של דברים לפי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הבצל והעונות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גדל מחדש לפרח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סתוונית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חסידה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מיינו לפי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(מזג אוויר)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לפני שיוצאים לטיול - מה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נועלים נעליים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הולכים ליד המבוגר/ת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מסתכלים ולא קוטפים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שוטפים ידיים בסוף הטיול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כללי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לטעום צמחים, זה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להישאר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מסתכלים ולא קוטפים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שמירה על ניקיון ובריאות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לוח בחירה - איך אני משתתפ/ת?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 בחירה תקינה, חשוב שהתלמיד/ה יסביר/תסביר מה מתאים 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לבקש הפסקה מהמבוגר/ת האחראי/ת, זו זכות לגיטימית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רקפת / סתוונית /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כובע / מים / נעליים סגורות / ללכת ליד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לבקש הפסקה בעזרת 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כרטיסי תמונה כדי לתרגל את ההתאמה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כל תלמיד/ה לבחור דרך השתתפות מתאימה לו/ה מלוח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כלל עש"ן ד"ק עם כרטיסים לפני יציאה בפועל לטיול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האביב וטיול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בחורף הבַּצָל ישן באדמה. באביב הוא מתעורר ופורח לפרח. נלמד על זה, ונכין את עצמנו לטיול.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בַּצָל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של צמח ששוכב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אֲדָמָה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הקרקע שעליה אנחנו הולכים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מִיּוּן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כל דבר בקבוצה המתאימה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חֲסִידָה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גדולה שחוזרת באביב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רַקֶּפֶת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סגול שפורח בחורף ובאביב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חָצָב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שמבשר את הסתיו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נַחְלִיאֵלִי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קטנה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ששמים בו דברים לפי סוג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הבצל והעונות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עונה הבצל נח באדמה?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לבצל אחרי שהוא 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גדל מחדש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נשאר ער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פרח מופיע כשמתחיל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סתוונית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ציפור מגיעה כשמגיע האביב?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חסידה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תרנגולת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מיינו לפי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חסידה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נחליאלי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לפני שיוצאים לטיול - מה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נועלים נעליים סגורות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כובע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ולא קוטפים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שוטפים ידיים בסוף הטיול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ליד המבוגר/ת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- כללי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לטעום צמחים בטיול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ללכת ליד המבוגר/ת בטיול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לקטוף פרחים כמו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הטיול שוטפים 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לוח בחירה - איך אני משתתפ/ת?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דרך אחת מלוח הבחירה (להסתכל, לצלם, לצייר, לספור, להריח) וכתבו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לעשות אם מרגישים צורך בהפסקה באמצע הטיול?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פרח אחד שמופיע באביב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אחד שחשוב לעשות לפני טיול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רוצים הפסקה בטיול?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האביב וטיול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