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האביב וטיול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צמחים וציפורים שמופיעים 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חשוב להכין ולעשות לפני 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של דברים לפי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הבצל והעונות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חסידה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מיינו לפי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לפני שיוצאים לטיול - מה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לוקחים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נועלים נעליים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מסתכלים ולא קוטפים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- כללי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לטעום צמחים, זה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להישאר בטוחים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לוח בחירה - איך אני משתתפ/ת?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כל בחירה תקינה, חשוב שהתלמיד/ה יסביר/תסביר מה מתאים לו/ה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רקפת / סתוונית / 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כובע / מים / נעליים סגורות / ללכת ליד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לבקש הפסקה בעזרת 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כרטיסי תמונה כדי לתרגל את ההתאמה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כל תלמיד/ה לבחור דרך השתתפות מתאימה לו/ה מלוח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כלל עש"ן ד"ק עם כרטיסים לפני יציאה בפועל לטיול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האביב וטיול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באביב קורים שינויים בטבע: פרחים פורחים וציפורים חוזרות. נלמד להכיר אותם ונתכונן יחד לטיול בטוח ונעים.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על הבצל והעונות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הבצל ישן באדמה?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ציפור חוזרת כסימן לאביב?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חסידה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תרנגולת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מיינו לפי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רקפת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חסידה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לפני שיוצאים לטיול - מה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נועלים נעליים סגורות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ולא קוטפים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לוקחים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שמים כובע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 - כללי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לטעום צמחים בטיול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ללכת ליד המבוגר/ת בטיול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לוח בחירה - איך אני משתתפ/ת?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דרך אחת מלוח הבחירה (להסתכל, לצלם, לצייר, לספור, להריח) וכתבו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פרח אחד שמופיע באביב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דבר אחד שחשוב לעשות לפני טיול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האביב וטיול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